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FEA7A" w14:textId="77777777" w:rsidR="006E5F7D" w:rsidRPr="007B283D" w:rsidRDefault="006C0C43" w:rsidP="008C0D7A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7B283D">
        <w:rPr>
          <w:rFonts w:asciiTheme="majorHAnsi" w:hAnsiTheme="majorHAnsi" w:cstheme="majorHAnsi"/>
          <w:b/>
          <w:bCs/>
          <w:sz w:val="32"/>
          <w:szCs w:val="32"/>
        </w:rPr>
        <w:t>DEXTA</w:t>
      </w:r>
    </w:p>
    <w:p w14:paraId="24D2ACF3" w14:textId="11341142" w:rsidR="00BA5BDE" w:rsidRDefault="00DD616E" w:rsidP="00872DC9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sz w:val="32"/>
          <w:szCs w:val="32"/>
          <w:u w:val="single"/>
        </w:rPr>
        <w:t>Screening Log</w:t>
      </w:r>
    </w:p>
    <w:p w14:paraId="6AFB94DB" w14:textId="641AF1D1" w:rsidR="008C0D7A" w:rsidRPr="008C0D7A" w:rsidRDefault="008C0D7A" w:rsidP="00872DC9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8C0D7A">
        <w:rPr>
          <w:rFonts w:asciiTheme="majorHAnsi" w:hAnsiTheme="majorHAnsi" w:cstheme="majorHAnsi"/>
          <w:b/>
          <w:bCs/>
          <w:sz w:val="24"/>
          <w:szCs w:val="24"/>
        </w:rPr>
        <w:t>Site training aid</w:t>
      </w:r>
    </w:p>
    <w:p w14:paraId="4141B34E" w14:textId="77777777" w:rsidR="00BA5BDE" w:rsidRPr="007B283D" w:rsidRDefault="006C0C43" w:rsidP="00821C71">
      <w:pPr>
        <w:pStyle w:val="Heading1"/>
        <w:rPr>
          <w:rFonts w:asciiTheme="majorHAnsi" w:hAnsiTheme="majorHAnsi" w:cstheme="majorHAnsi"/>
          <w:sz w:val="28"/>
          <w:szCs w:val="32"/>
        </w:rPr>
      </w:pPr>
      <w:r w:rsidRPr="007B283D">
        <w:rPr>
          <w:rFonts w:asciiTheme="majorHAnsi" w:hAnsiTheme="majorHAnsi" w:cstheme="majorHAnsi"/>
          <w:sz w:val="28"/>
          <w:szCs w:val="32"/>
        </w:rPr>
        <w:t>1. Purpose</w:t>
      </w:r>
    </w:p>
    <w:p w14:paraId="108886B0" w14:textId="2644B5A4" w:rsidR="00BA5BDE" w:rsidRDefault="008176E0">
      <w:pPr>
        <w:rPr>
          <w:rFonts w:asciiTheme="majorHAnsi" w:hAnsiTheme="majorHAnsi" w:cstheme="majorHAnsi"/>
          <w:sz w:val="24"/>
          <w:szCs w:val="24"/>
        </w:rPr>
      </w:pPr>
      <w:r w:rsidRPr="008176E0">
        <w:rPr>
          <w:rFonts w:asciiTheme="majorHAnsi" w:hAnsiTheme="majorHAnsi" w:cstheme="majorHAnsi"/>
          <w:sz w:val="24"/>
          <w:szCs w:val="24"/>
        </w:rPr>
        <w:t xml:space="preserve">This document provides site staff with clear instructions on how to use the paper screening log and how and when to upload screening information to </w:t>
      </w:r>
      <w:proofErr w:type="spellStart"/>
      <w:r w:rsidRPr="008176E0">
        <w:rPr>
          <w:rFonts w:asciiTheme="majorHAnsi" w:hAnsiTheme="majorHAnsi" w:cstheme="majorHAnsi"/>
          <w:sz w:val="24"/>
          <w:szCs w:val="24"/>
        </w:rPr>
        <w:t>REDCap</w:t>
      </w:r>
      <w:proofErr w:type="spellEnd"/>
      <w:r w:rsidRPr="008176E0">
        <w:rPr>
          <w:rFonts w:asciiTheme="majorHAnsi" w:hAnsiTheme="majorHAnsi" w:cstheme="majorHAnsi"/>
          <w:sz w:val="24"/>
          <w:szCs w:val="24"/>
        </w:rPr>
        <w:t xml:space="preserve">. Accurate and timely completion of the screening log ensures complete reporting of all babies assessed for the </w:t>
      </w:r>
      <w:r w:rsidR="00E838FF">
        <w:rPr>
          <w:rFonts w:asciiTheme="majorHAnsi" w:hAnsiTheme="majorHAnsi" w:cstheme="majorHAnsi"/>
          <w:sz w:val="24"/>
          <w:szCs w:val="24"/>
        </w:rPr>
        <w:t>trial</w:t>
      </w:r>
      <w:r w:rsidRPr="008176E0">
        <w:rPr>
          <w:rFonts w:asciiTheme="majorHAnsi" w:hAnsiTheme="majorHAnsi" w:cstheme="majorHAnsi"/>
          <w:sz w:val="24"/>
          <w:szCs w:val="24"/>
        </w:rPr>
        <w:t xml:space="preserve"> and supports correct completion of the </w:t>
      </w:r>
      <w:proofErr w:type="spellStart"/>
      <w:r w:rsidRPr="008176E0">
        <w:rPr>
          <w:rFonts w:asciiTheme="majorHAnsi" w:hAnsiTheme="majorHAnsi" w:cstheme="majorHAnsi"/>
          <w:sz w:val="24"/>
          <w:szCs w:val="24"/>
        </w:rPr>
        <w:t>REDCap</w:t>
      </w:r>
      <w:proofErr w:type="spellEnd"/>
      <w:r w:rsidRPr="008176E0">
        <w:rPr>
          <w:rFonts w:asciiTheme="majorHAnsi" w:hAnsiTheme="majorHAnsi" w:cstheme="majorHAnsi"/>
          <w:sz w:val="24"/>
          <w:szCs w:val="24"/>
        </w:rPr>
        <w:t xml:space="preserve"> monthly screening report.</w:t>
      </w:r>
    </w:p>
    <w:p w14:paraId="460183E6" w14:textId="77777777" w:rsidR="00E80863" w:rsidRPr="007B283D" w:rsidRDefault="00E80863">
      <w:pPr>
        <w:rPr>
          <w:rFonts w:asciiTheme="majorHAnsi" w:hAnsiTheme="majorHAnsi" w:cstheme="majorHAnsi"/>
          <w:sz w:val="24"/>
          <w:szCs w:val="24"/>
        </w:rPr>
      </w:pPr>
    </w:p>
    <w:p w14:paraId="7C8B29E2" w14:textId="15F0CDFA" w:rsidR="00FB620D" w:rsidRDefault="00421F88" w:rsidP="00FB620D">
      <w:pPr>
        <w:pStyle w:val="Heading1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2</w:t>
      </w:r>
      <w:r w:rsidRPr="007B283D">
        <w:rPr>
          <w:rFonts w:asciiTheme="majorHAnsi" w:hAnsiTheme="majorHAnsi" w:cstheme="majorHAnsi"/>
          <w:sz w:val="28"/>
          <w:szCs w:val="32"/>
        </w:rPr>
        <w:t xml:space="preserve">. </w:t>
      </w:r>
      <w:r>
        <w:rPr>
          <w:rFonts w:asciiTheme="majorHAnsi" w:hAnsiTheme="majorHAnsi" w:cstheme="majorHAnsi"/>
          <w:sz w:val="28"/>
          <w:szCs w:val="32"/>
        </w:rPr>
        <w:t>Instructions</w:t>
      </w:r>
      <w:r w:rsidR="00B076BC">
        <w:rPr>
          <w:rFonts w:asciiTheme="majorHAnsi" w:hAnsiTheme="majorHAnsi" w:cstheme="majorHAnsi"/>
          <w:sz w:val="28"/>
          <w:szCs w:val="32"/>
        </w:rPr>
        <w:t xml:space="preserve"> for paper screening log</w:t>
      </w:r>
    </w:p>
    <w:p w14:paraId="54CDB7D3" w14:textId="26B80456" w:rsidR="00FB620D" w:rsidRPr="00FB620D" w:rsidRDefault="00FB620D" w:rsidP="00FB620D">
      <w:pPr>
        <w:spacing w:after="0"/>
        <w:rPr>
          <w:rFonts w:asciiTheme="majorHAnsi" w:eastAsiaTheme="majorEastAsia" w:hAnsiTheme="majorHAnsi" w:cstheme="majorHAnsi"/>
          <w:b/>
          <w:bCs/>
          <w:sz w:val="32"/>
          <w:szCs w:val="36"/>
        </w:rPr>
      </w:pPr>
      <w:r w:rsidRPr="00FB620D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Who Should Be Recorded</w:t>
      </w:r>
    </w:p>
    <w:p w14:paraId="7311FB82" w14:textId="77777777" w:rsidR="00FB620D" w:rsidRPr="00FB620D" w:rsidRDefault="00FB620D" w:rsidP="00FB620D">
      <w:pPr>
        <w:numPr>
          <w:ilvl w:val="0"/>
          <w:numId w:val="31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FB620D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Record </w:t>
      </w:r>
      <w:r w:rsidRPr="00FB620D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all babies born at less than 32 weeks’ gestation</w:t>
      </w:r>
      <w:r w:rsidRPr="00FB620D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13EA8C9C" w14:textId="77777777" w:rsidR="00FB620D" w:rsidRPr="00FB620D" w:rsidRDefault="00FB620D" w:rsidP="00FB620D">
      <w:pPr>
        <w:numPr>
          <w:ilvl w:val="0"/>
          <w:numId w:val="31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FB620D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Each baby should have </w:t>
      </w:r>
      <w:r w:rsidRPr="00FB620D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one individual entry</w:t>
      </w:r>
      <w:r w:rsidRPr="00FB620D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on the paper screening log.</w:t>
      </w:r>
    </w:p>
    <w:p w14:paraId="45315885" w14:textId="77777777" w:rsidR="00A34A89" w:rsidRDefault="00A34A89" w:rsidP="00A34A89">
      <w:pPr>
        <w:spacing w:before="0" w:after="0"/>
        <w:rPr>
          <w:lang w:eastAsia="en-GB"/>
        </w:rPr>
      </w:pPr>
    </w:p>
    <w:p w14:paraId="2821032E" w14:textId="1E15CB9F" w:rsidR="00FB620D" w:rsidRPr="00A34A89" w:rsidRDefault="00FB620D" w:rsidP="00A34A89">
      <w:pPr>
        <w:spacing w:before="0" w:after="0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  <w:r w:rsidRPr="00A34A89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What to Record</w:t>
      </w:r>
    </w:p>
    <w:p w14:paraId="1583D2A1" w14:textId="77777777" w:rsidR="00FB620D" w:rsidRPr="00A34A89" w:rsidRDefault="00FB620D" w:rsidP="00A34A89">
      <w:p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For each eligible baby:</w:t>
      </w:r>
    </w:p>
    <w:p w14:paraId="7D3438EF" w14:textId="77777777" w:rsidR="00FB620D" w:rsidRPr="00A34A89" w:rsidRDefault="00FB620D" w:rsidP="00A34A89">
      <w:pPr>
        <w:numPr>
          <w:ilvl w:val="0"/>
          <w:numId w:val="32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Gestational age at birth</w:t>
      </w:r>
    </w:p>
    <w:p w14:paraId="57792FD8" w14:textId="77777777" w:rsidR="00FB620D" w:rsidRPr="00A34A89" w:rsidRDefault="00FB620D" w:rsidP="00A34A89">
      <w:pPr>
        <w:numPr>
          <w:ilvl w:val="0"/>
          <w:numId w:val="32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Eligibility status for DEXTA</w:t>
      </w:r>
    </w:p>
    <w:p w14:paraId="5F2D5798" w14:textId="77777777" w:rsidR="00FB620D" w:rsidRPr="00A34A89" w:rsidRDefault="00FB620D" w:rsidP="00A34A89">
      <w:pPr>
        <w:numPr>
          <w:ilvl w:val="0"/>
          <w:numId w:val="32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Consent status</w:t>
      </w:r>
    </w:p>
    <w:p w14:paraId="69865229" w14:textId="77777777" w:rsidR="00FB620D" w:rsidRPr="00A34A89" w:rsidRDefault="00FB620D" w:rsidP="00A34A89">
      <w:pPr>
        <w:numPr>
          <w:ilvl w:val="0"/>
          <w:numId w:val="32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consent is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not obtained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, record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main reason for non-consent</w:t>
      </w:r>
    </w:p>
    <w:p w14:paraId="610AD6F8" w14:textId="77777777" w:rsidR="00FB620D" w:rsidRDefault="00FB620D" w:rsidP="00A34A89">
      <w:pPr>
        <w:numPr>
          <w:ilvl w:val="0"/>
          <w:numId w:val="32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the baby is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not eligible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, record the reason for ineligibility</w:t>
      </w:r>
    </w:p>
    <w:p w14:paraId="37D349A4" w14:textId="77777777" w:rsidR="00F7743E" w:rsidRPr="00A34A89" w:rsidRDefault="00F7743E" w:rsidP="00F7743E">
      <w:pPr>
        <w:spacing w:before="0" w:after="0"/>
        <w:ind w:left="72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77E5CD65" w14:textId="77777777" w:rsidR="00FB620D" w:rsidRPr="00F7743E" w:rsidRDefault="00FB620D" w:rsidP="00F7743E">
      <w:pPr>
        <w:spacing w:after="0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  <w:r w:rsidRPr="00F7743E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Ongoing Monitoring</w:t>
      </w:r>
    </w:p>
    <w:p w14:paraId="46058BB6" w14:textId="77777777" w:rsidR="00FB620D" w:rsidRPr="00A34A89" w:rsidRDefault="00FB620D" w:rsidP="00F7743E">
      <w:pPr>
        <w:numPr>
          <w:ilvl w:val="0"/>
          <w:numId w:val="33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Babies’ eligibility and consent status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may change during their NICU stay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5DCD8DDF" w14:textId="77777777" w:rsidR="00FB620D" w:rsidRPr="00A34A89" w:rsidRDefault="00FB620D" w:rsidP="00F7743E">
      <w:pPr>
        <w:numPr>
          <w:ilvl w:val="0"/>
          <w:numId w:val="33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Continue to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monitor and update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the paper screening log throughout the baby’s admission.</w:t>
      </w:r>
    </w:p>
    <w:p w14:paraId="31C88C2A" w14:textId="77777777" w:rsidR="00FB620D" w:rsidRPr="00A34A89" w:rsidRDefault="00FB620D" w:rsidP="00F7743E">
      <w:pPr>
        <w:numPr>
          <w:ilvl w:val="0"/>
          <w:numId w:val="33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Ensure any changes (e.g. eligibility changes, consent obtained later, discharge, or death) are clearly documented on the paper log.</w:t>
      </w:r>
    </w:p>
    <w:p w14:paraId="75B5ED2A" w14:textId="64E8B5E8" w:rsidR="00FB620D" w:rsidRDefault="00FB620D" w:rsidP="00FB620D">
      <w:p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52E30BB5" w14:textId="77777777" w:rsidR="00E80863" w:rsidRDefault="00E80863" w:rsidP="00FB620D">
      <w:p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227BFF2A" w14:textId="210E4930" w:rsidR="00B076BC" w:rsidRPr="00577E5A" w:rsidRDefault="00B076BC" w:rsidP="00577E5A">
      <w:pPr>
        <w:pStyle w:val="Heading1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3</w:t>
      </w:r>
      <w:r w:rsidRPr="007B283D">
        <w:rPr>
          <w:rFonts w:asciiTheme="majorHAnsi" w:hAnsiTheme="majorHAnsi" w:cstheme="majorHAnsi"/>
          <w:sz w:val="28"/>
          <w:szCs w:val="32"/>
        </w:rPr>
        <w:t xml:space="preserve">. </w:t>
      </w:r>
      <w:r>
        <w:rPr>
          <w:rFonts w:asciiTheme="majorHAnsi" w:hAnsiTheme="majorHAnsi" w:cstheme="majorHAnsi"/>
          <w:sz w:val="28"/>
          <w:szCs w:val="32"/>
        </w:rPr>
        <w:t xml:space="preserve">Instructions for </w:t>
      </w:r>
      <w:r w:rsidR="00577E5A">
        <w:rPr>
          <w:rFonts w:asciiTheme="majorHAnsi" w:hAnsiTheme="majorHAnsi" w:cstheme="majorHAnsi"/>
          <w:sz w:val="28"/>
          <w:szCs w:val="32"/>
        </w:rPr>
        <w:t xml:space="preserve">uploading screening data to </w:t>
      </w:r>
      <w:proofErr w:type="spellStart"/>
      <w:r w:rsidR="00577E5A">
        <w:rPr>
          <w:rFonts w:asciiTheme="majorHAnsi" w:hAnsiTheme="majorHAnsi" w:cstheme="majorHAnsi"/>
          <w:sz w:val="28"/>
          <w:szCs w:val="32"/>
        </w:rPr>
        <w:t>REDcap</w:t>
      </w:r>
      <w:proofErr w:type="spellEnd"/>
    </w:p>
    <w:p w14:paraId="5A07D796" w14:textId="77777777" w:rsidR="00FB620D" w:rsidRPr="00577E5A" w:rsidRDefault="00FB620D" w:rsidP="00577E5A">
      <w:pPr>
        <w:spacing w:before="0" w:after="0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  <w:r w:rsidRPr="00577E5A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When to Enter Data into </w:t>
      </w:r>
      <w:proofErr w:type="spellStart"/>
      <w:r w:rsidRPr="00577E5A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</w:p>
    <w:p w14:paraId="79E67326" w14:textId="77777777" w:rsidR="00FB620D" w:rsidRPr="00A34A89" w:rsidRDefault="00FB620D" w:rsidP="00577E5A">
      <w:pPr>
        <w:numPr>
          <w:ilvl w:val="0"/>
          <w:numId w:val="34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Only upload screening data to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 once an outcome for the baby has been reached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18DC7AF5" w14:textId="77777777" w:rsidR="00FB620D" w:rsidRPr="00A34A89" w:rsidRDefault="00FB620D" w:rsidP="00577E5A">
      <w:pPr>
        <w:numPr>
          <w:ilvl w:val="0"/>
          <w:numId w:val="34"/>
        </w:numPr>
        <w:spacing w:before="0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Outcomes include:</w:t>
      </w:r>
    </w:p>
    <w:p w14:paraId="5D65D01C" w14:textId="77777777" w:rsidR="00FB620D" w:rsidRPr="00A34A89" w:rsidRDefault="00FB620D" w:rsidP="00577E5A">
      <w:pPr>
        <w:numPr>
          <w:ilvl w:val="1"/>
          <w:numId w:val="34"/>
        </w:numPr>
        <w:spacing w:before="0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Fixed ineligibility</w:t>
      </w:r>
    </w:p>
    <w:p w14:paraId="25EDAA79" w14:textId="77777777" w:rsidR="00FB620D" w:rsidRPr="00A34A89" w:rsidRDefault="00FB620D" w:rsidP="00577E5A">
      <w:pPr>
        <w:numPr>
          <w:ilvl w:val="1"/>
          <w:numId w:val="34"/>
        </w:numPr>
        <w:spacing w:before="0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lastRenderedPageBreak/>
        <w:t>Consent not obtained for a fixed reason</w:t>
      </w:r>
    </w:p>
    <w:p w14:paraId="29B1B7CE" w14:textId="77777777" w:rsidR="00FB620D" w:rsidRPr="00A34A89" w:rsidRDefault="00FB620D" w:rsidP="00577E5A">
      <w:pPr>
        <w:numPr>
          <w:ilvl w:val="1"/>
          <w:numId w:val="34"/>
        </w:numPr>
        <w:spacing w:before="0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Baby discharged</w:t>
      </w:r>
    </w:p>
    <w:p w14:paraId="21E51721" w14:textId="77777777" w:rsidR="00FB620D" w:rsidRPr="00A34A89" w:rsidRDefault="00FB620D" w:rsidP="00577E5A">
      <w:pPr>
        <w:numPr>
          <w:ilvl w:val="1"/>
          <w:numId w:val="34"/>
        </w:numPr>
        <w:spacing w:before="0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Baby died</w:t>
      </w:r>
    </w:p>
    <w:p w14:paraId="6CB516CA" w14:textId="514C799E" w:rsidR="00FB620D" w:rsidRPr="00A34A89" w:rsidRDefault="00FB620D" w:rsidP="00FB620D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Do not upload to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 while the baby is still being actively screened.</w:t>
      </w:r>
    </w:p>
    <w:p w14:paraId="7A38405C" w14:textId="77777777" w:rsidR="00FB620D" w:rsidRPr="00196162" w:rsidRDefault="00FB620D" w:rsidP="00196162">
      <w:pPr>
        <w:spacing w:before="0" w:after="0"/>
        <w:rPr>
          <w:rFonts w:ascii="Calibri" w:hAnsi="Calibri" w:cs="Calibri"/>
          <w:b/>
          <w:bCs/>
          <w:sz w:val="24"/>
          <w:szCs w:val="24"/>
          <w:lang w:eastAsia="en-GB"/>
        </w:rPr>
      </w:pPr>
      <w:r w:rsidRPr="00196162">
        <w:rPr>
          <w:rFonts w:ascii="Calibri" w:hAnsi="Calibri" w:cs="Calibri"/>
          <w:b/>
          <w:bCs/>
          <w:sz w:val="24"/>
          <w:szCs w:val="24"/>
          <w:lang w:eastAsia="en-GB"/>
        </w:rPr>
        <w:t>How to Enter Data</w:t>
      </w:r>
    </w:p>
    <w:p w14:paraId="5B0A08B9" w14:textId="77777777" w:rsidR="00FB620D" w:rsidRPr="00A34A89" w:rsidRDefault="00FB620D" w:rsidP="00196162">
      <w:pPr>
        <w:numPr>
          <w:ilvl w:val="0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In </w:t>
      </w:r>
      <w:proofErr w:type="spellStart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, enter screening data using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“Screening Log” form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2AFD926D" w14:textId="77777777" w:rsidR="00FB620D" w:rsidRPr="00A34A89" w:rsidRDefault="00FB620D" w:rsidP="00196162">
      <w:pPr>
        <w:numPr>
          <w:ilvl w:val="0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Upload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only one final reason per participant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5CE724AE" w14:textId="77777777" w:rsidR="00FB620D" w:rsidRPr="00A34A89" w:rsidRDefault="00FB620D" w:rsidP="00196162">
      <w:pPr>
        <w:numPr>
          <w:ilvl w:val="0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Ensure:</w:t>
      </w:r>
    </w:p>
    <w:p w14:paraId="2A77132F" w14:textId="77777777" w:rsidR="00FB620D" w:rsidRPr="00A34A89" w:rsidRDefault="00FB620D" w:rsidP="00196162">
      <w:pPr>
        <w:numPr>
          <w:ilvl w:val="1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The correct outcome reason is selected</w:t>
      </w:r>
    </w:p>
    <w:p w14:paraId="3527C219" w14:textId="77777777" w:rsidR="00FB620D" w:rsidRPr="00A34A89" w:rsidRDefault="00FB620D" w:rsidP="00196162">
      <w:pPr>
        <w:numPr>
          <w:ilvl w:val="1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The form status is marked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“Complete”</w:t>
      </w:r>
    </w:p>
    <w:p w14:paraId="514E129F" w14:textId="77777777" w:rsidR="00FB620D" w:rsidRPr="00A34A89" w:rsidRDefault="00FB620D" w:rsidP="00196162">
      <w:pPr>
        <w:numPr>
          <w:ilvl w:val="1"/>
          <w:numId w:val="35"/>
        </w:num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Click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Save and Exit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or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Go to Next Form</w:t>
      </w:r>
    </w:p>
    <w:p w14:paraId="3B2D39ED" w14:textId="789C6096" w:rsidR="00FB620D" w:rsidRDefault="00FB620D" w:rsidP="00FB620D">
      <w:p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500490C3" w14:textId="77777777" w:rsidR="00E80863" w:rsidRDefault="00E80863" w:rsidP="00FB620D">
      <w:pPr>
        <w:spacing w:before="0" w:after="0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595406A4" w14:textId="57ED4135" w:rsidR="00E80863" w:rsidRPr="00E80863" w:rsidRDefault="00E80863" w:rsidP="00E80863">
      <w:pPr>
        <w:pStyle w:val="Heading1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4</w:t>
      </w:r>
      <w:r w:rsidRPr="007B283D">
        <w:rPr>
          <w:rFonts w:asciiTheme="majorHAnsi" w:hAnsiTheme="majorHAnsi" w:cstheme="majorHAnsi"/>
          <w:sz w:val="28"/>
          <w:szCs w:val="32"/>
        </w:rPr>
        <w:t xml:space="preserve">. </w:t>
      </w:r>
      <w:r>
        <w:rPr>
          <w:rFonts w:asciiTheme="majorHAnsi" w:hAnsiTheme="majorHAnsi" w:cstheme="majorHAnsi"/>
          <w:sz w:val="28"/>
          <w:szCs w:val="32"/>
        </w:rPr>
        <w:t>Screening flow diagram instructions</w:t>
      </w:r>
    </w:p>
    <w:p w14:paraId="06CEB967" w14:textId="77777777" w:rsidR="00FB620D" w:rsidRPr="00A34A89" w:rsidRDefault="00FB620D" w:rsidP="00FB620D">
      <w:pPr>
        <w:numPr>
          <w:ilvl w:val="0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Gestational Age Check</w:t>
      </w:r>
    </w:p>
    <w:p w14:paraId="43AB57E5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Determine whether the baby was born at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&lt; 32 weeks’ gestation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1F57BDDE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≥ 32 weeks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:</w:t>
      </w:r>
    </w:p>
    <w:p w14:paraId="041BA0AE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No further screening is required</w:t>
      </w:r>
    </w:p>
    <w:p w14:paraId="32EFDB13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No entry in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</w:p>
    <w:p w14:paraId="36B433A8" w14:textId="77777777" w:rsidR="00FB620D" w:rsidRPr="00A34A89" w:rsidRDefault="00FB620D" w:rsidP="00FB620D">
      <w:pPr>
        <w:numPr>
          <w:ilvl w:val="0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Paper Screening Log Entry</w:t>
      </w:r>
    </w:p>
    <w:p w14:paraId="3A2E8002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&lt; 32 weeks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, enter the baby’s details onto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paper screening log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.</w:t>
      </w:r>
    </w:p>
    <w:p w14:paraId="24F1AD9C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Assess eligibility for DEXTA.</w:t>
      </w:r>
    </w:p>
    <w:p w14:paraId="669E0E30" w14:textId="77777777" w:rsidR="00FB620D" w:rsidRPr="00A34A89" w:rsidRDefault="00FB620D" w:rsidP="00FB620D">
      <w:pPr>
        <w:numPr>
          <w:ilvl w:val="0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Consent and Eligibility Assessment</w:t>
      </w:r>
    </w:p>
    <w:p w14:paraId="58934371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eligible and consent obtained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:</w:t>
      </w:r>
    </w:p>
    <w:p w14:paraId="248F377F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Record consent details on the paper screening log</w:t>
      </w:r>
    </w:p>
    <w:p w14:paraId="2550B6C4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No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 upload required</w:t>
      </w:r>
    </w:p>
    <w:p w14:paraId="24803673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If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not eligible or consent not obtained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, determine the reason type.</w:t>
      </w:r>
    </w:p>
    <w:p w14:paraId="65B5AAEC" w14:textId="77777777" w:rsidR="00FB620D" w:rsidRPr="00A34A89" w:rsidRDefault="00FB620D" w:rsidP="00FB620D">
      <w:pPr>
        <w:numPr>
          <w:ilvl w:val="0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Fixed vs Provisional Reasons</w:t>
      </w:r>
    </w:p>
    <w:p w14:paraId="056B1513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Fixed outcomes (A–E)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:</w:t>
      </w:r>
    </w:p>
    <w:p w14:paraId="78143E9C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Record the reason in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fixed outcome column</w:t>
      </w:r>
    </w:p>
    <w:p w14:paraId="3BB2D62A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Add the baby to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monthly screening report in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</w:p>
    <w:p w14:paraId="56CEEDE3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Provisional reasons (F–L)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:</w:t>
      </w:r>
    </w:p>
    <w:p w14:paraId="5B88F521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Record the reason as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provisional</w:t>
      </w:r>
    </w:p>
    <w:p w14:paraId="3030E0C2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Continue screening and monitoring</w:t>
      </w:r>
    </w:p>
    <w:p w14:paraId="5E2B5049" w14:textId="77777777" w:rsidR="00FB620D" w:rsidRPr="00A34A89" w:rsidRDefault="00FB620D" w:rsidP="00FB620D">
      <w:pPr>
        <w:numPr>
          <w:ilvl w:val="0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Final Outcome</w:t>
      </w:r>
    </w:p>
    <w:p w14:paraId="3EB3EA3E" w14:textId="77777777" w:rsidR="00FB620D" w:rsidRPr="00A34A89" w:rsidRDefault="00FB620D" w:rsidP="00FB620D">
      <w:pPr>
        <w:numPr>
          <w:ilvl w:val="1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If a provisional reason later becomes fixed, or if the baby is discharged or dies:</w:t>
      </w:r>
    </w:p>
    <w:p w14:paraId="172E31AE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Update the paper screening log with the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final outcome</w:t>
      </w:r>
    </w:p>
    <w:p w14:paraId="62349BED" w14:textId="77777777" w:rsidR="00FB620D" w:rsidRPr="00A34A89" w:rsidRDefault="00FB620D" w:rsidP="00FB620D">
      <w:pPr>
        <w:numPr>
          <w:ilvl w:val="2"/>
          <w:numId w:val="3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Add the baby to the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 monthly screening report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for the appropriate month</w:t>
      </w:r>
    </w:p>
    <w:p w14:paraId="399B2B47" w14:textId="54DC5DEF" w:rsidR="00E80863" w:rsidRDefault="00E80863" w:rsidP="00E80863">
      <w:pPr>
        <w:pStyle w:val="Heading1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lastRenderedPageBreak/>
        <w:t>5</w:t>
      </w:r>
      <w:r w:rsidRPr="007B283D">
        <w:rPr>
          <w:rFonts w:asciiTheme="majorHAnsi" w:hAnsiTheme="majorHAnsi" w:cstheme="majorHAnsi"/>
          <w:sz w:val="28"/>
          <w:szCs w:val="32"/>
        </w:rPr>
        <w:t xml:space="preserve">. </w:t>
      </w:r>
      <w:r>
        <w:rPr>
          <w:rFonts w:asciiTheme="majorHAnsi" w:hAnsiTheme="majorHAnsi" w:cstheme="majorHAnsi"/>
          <w:sz w:val="28"/>
          <w:szCs w:val="32"/>
        </w:rPr>
        <w:t xml:space="preserve">Screening flow diagram </w:t>
      </w:r>
    </w:p>
    <w:p w14:paraId="2C8A4C1D" w14:textId="01BEE2CB" w:rsidR="00E80863" w:rsidRPr="00E80863" w:rsidRDefault="00E80863" w:rsidP="00E80863">
      <w:r w:rsidRPr="00A617D8">
        <w:drawing>
          <wp:inline distT="0" distB="0" distL="0" distR="0" wp14:anchorId="130F28BE" wp14:editId="3635CAA9">
            <wp:extent cx="6105525" cy="7824908"/>
            <wp:effectExtent l="0" t="0" r="0" b="5080"/>
            <wp:docPr id="1985988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97" cy="7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EC78" w14:textId="709EFCBA" w:rsidR="00E80863" w:rsidRPr="00E80863" w:rsidRDefault="00E80863" w:rsidP="00E80863">
      <w:pPr>
        <w:pStyle w:val="Heading1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lastRenderedPageBreak/>
        <w:t>6</w:t>
      </w:r>
      <w:r w:rsidRPr="007B283D">
        <w:rPr>
          <w:rFonts w:asciiTheme="majorHAnsi" w:hAnsiTheme="majorHAnsi" w:cstheme="majorHAnsi"/>
          <w:sz w:val="28"/>
          <w:szCs w:val="32"/>
        </w:rPr>
        <w:t xml:space="preserve">. </w:t>
      </w:r>
      <w:r>
        <w:rPr>
          <w:rFonts w:asciiTheme="majorHAnsi" w:hAnsiTheme="majorHAnsi" w:cstheme="majorHAnsi"/>
          <w:sz w:val="28"/>
          <w:szCs w:val="32"/>
        </w:rPr>
        <w:t>Summary</w:t>
      </w:r>
      <w:r>
        <w:rPr>
          <w:rFonts w:asciiTheme="majorHAnsi" w:hAnsiTheme="majorHAnsi" w:cstheme="majorHAnsi"/>
          <w:sz w:val="28"/>
          <w:szCs w:val="32"/>
        </w:rPr>
        <w:t xml:space="preserve"> </w:t>
      </w:r>
    </w:p>
    <w:p w14:paraId="39701458" w14:textId="29EF4572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Record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all babies &lt; 32 weeks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on the paper screening log</w:t>
      </w:r>
    </w:p>
    <w:p w14:paraId="1BC93BFA" w14:textId="77777777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Keep the paper log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up to date throughout the NICU stay</w:t>
      </w:r>
    </w:p>
    <w:p w14:paraId="120EAEA7" w14:textId="77777777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Record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only one final outcome reason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per baby in </w:t>
      </w:r>
      <w:proofErr w:type="spellStart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REDCap</w:t>
      </w:r>
      <w:proofErr w:type="spellEnd"/>
    </w:p>
    <w:p w14:paraId="584F056C" w14:textId="77777777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Do not upload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to </w:t>
      </w:r>
      <w:proofErr w:type="spellStart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until a final outcome is reached</w:t>
      </w:r>
    </w:p>
    <w:p w14:paraId="6A8FE862" w14:textId="77777777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Ensure </w:t>
      </w:r>
      <w:proofErr w:type="spellStart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forms are marked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“Complete”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before saving</w:t>
      </w:r>
    </w:p>
    <w:p w14:paraId="2DD2E3E0" w14:textId="77777777" w:rsidR="00FB620D" w:rsidRPr="00A34A89" w:rsidRDefault="00FB620D" w:rsidP="00FB620D">
      <w:pPr>
        <w:numPr>
          <w:ilvl w:val="0"/>
          <w:numId w:val="3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34A89">
        <w:rPr>
          <w:rFonts w:ascii="Segoe UI Symbol" w:eastAsia="Times New Roman" w:hAnsi="Segoe UI Symbol" w:cs="Segoe UI Symbol"/>
          <w:sz w:val="24"/>
          <w:szCs w:val="24"/>
          <w:lang w:eastAsia="en-GB"/>
        </w:rPr>
        <w:t>✔</w:t>
      </w:r>
      <w:r w:rsidRPr="00A34A89">
        <w:rPr>
          <w:rFonts w:asciiTheme="majorHAnsi" w:eastAsia="Times New Roman" w:hAnsiTheme="majorHAnsi" w:cstheme="majorHAnsi"/>
          <w:sz w:val="24"/>
          <w:szCs w:val="24"/>
          <w:lang w:eastAsia="en-GB"/>
        </w:rPr>
        <w:t xml:space="preserve"> Babies with consent obtained </w:t>
      </w:r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do not require </w:t>
      </w:r>
      <w:proofErr w:type="spellStart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>REDCap</w:t>
      </w:r>
      <w:proofErr w:type="spellEnd"/>
      <w:r w:rsidRPr="00A34A89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 screening upload</w:t>
      </w:r>
    </w:p>
    <w:p w14:paraId="6F30E951" w14:textId="4E3A89F4" w:rsidR="00A617D8" w:rsidRPr="00A617D8" w:rsidRDefault="00A617D8" w:rsidP="00A617D8"/>
    <w:p w14:paraId="5A88A330" w14:textId="77777777" w:rsidR="00421F88" w:rsidRPr="00421F88" w:rsidRDefault="00421F88" w:rsidP="00421F88"/>
    <w:p w14:paraId="11E58992" w14:textId="053D8866" w:rsidR="00BA5BDE" w:rsidRPr="00872DC9" w:rsidRDefault="00BA5BDE">
      <w:pPr>
        <w:rPr>
          <w:rFonts w:ascii="Calibri" w:hAnsi="Calibri" w:cs="Calibri"/>
        </w:rPr>
      </w:pPr>
    </w:p>
    <w:sectPr w:rsidR="00BA5BDE" w:rsidRPr="00872DC9" w:rsidSect="00034616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600E8" w14:textId="77777777" w:rsidR="00C21C3B" w:rsidRDefault="00C21C3B" w:rsidP="00872DC9">
      <w:pPr>
        <w:spacing w:after="0"/>
      </w:pPr>
      <w:r>
        <w:separator/>
      </w:r>
    </w:p>
  </w:endnote>
  <w:endnote w:type="continuationSeparator" w:id="0">
    <w:p w14:paraId="14398E23" w14:textId="77777777" w:rsidR="00C21C3B" w:rsidRDefault="00C21C3B" w:rsidP="00872D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BF5C" w14:textId="50F27A12" w:rsidR="006C0C43" w:rsidRPr="006C0C43" w:rsidRDefault="006C0C43">
    <w:pPr>
      <w:pStyle w:val="Footer"/>
      <w:rPr>
        <w:rFonts w:ascii="Calibri" w:hAnsi="Calibri" w:cs="Calibri"/>
        <w:sz w:val="20"/>
        <w:szCs w:val="20"/>
      </w:rPr>
    </w:pPr>
    <w:r w:rsidRPr="006C0C43">
      <w:rPr>
        <w:rFonts w:ascii="Calibri" w:hAnsi="Calibri" w:cs="Calibri"/>
        <w:sz w:val="20"/>
        <w:szCs w:val="20"/>
      </w:rPr>
      <w:t>DEXTA_</w:t>
    </w:r>
    <w:r w:rsidR="00DD616E">
      <w:rPr>
        <w:rFonts w:ascii="Calibri" w:hAnsi="Calibri" w:cs="Calibri"/>
        <w:sz w:val="20"/>
        <w:szCs w:val="20"/>
      </w:rPr>
      <w:t>Guidance on Screening Log_</w:t>
    </w:r>
    <w:r w:rsidR="00200B83">
      <w:rPr>
        <w:rFonts w:ascii="Calibri" w:hAnsi="Calibri" w:cs="Calibri"/>
        <w:sz w:val="20"/>
        <w:szCs w:val="20"/>
      </w:rPr>
      <w:t>06-Feb-2026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1682" w14:textId="77777777" w:rsidR="00C21C3B" w:rsidRDefault="00C21C3B" w:rsidP="00872DC9">
      <w:pPr>
        <w:spacing w:after="0"/>
      </w:pPr>
      <w:r>
        <w:separator/>
      </w:r>
    </w:p>
  </w:footnote>
  <w:footnote w:type="continuationSeparator" w:id="0">
    <w:p w14:paraId="6DBB6F01" w14:textId="77777777" w:rsidR="00C21C3B" w:rsidRDefault="00C21C3B" w:rsidP="00872D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FDD2D" w14:textId="346D492A" w:rsidR="00872DC9" w:rsidRDefault="00872D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9C9B42" wp14:editId="5D67850A">
              <wp:simplePos x="0" y="0"/>
              <wp:positionH relativeFrom="column">
                <wp:posOffset>-1219200</wp:posOffset>
              </wp:positionH>
              <wp:positionV relativeFrom="paragraph">
                <wp:posOffset>-333375</wp:posOffset>
              </wp:positionV>
              <wp:extent cx="7622540" cy="781050"/>
              <wp:effectExtent l="0" t="0" r="0" b="0"/>
              <wp:wrapNone/>
              <wp:docPr id="1249668373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2540" cy="781050"/>
                        <a:chOff x="0" y="0"/>
                        <a:chExt cx="7622540" cy="781050"/>
                      </a:xfrm>
                    </wpg:grpSpPr>
                    <wpg:grpSp>
                      <wpg:cNvPr id="1463661802" name="Group 5"/>
                      <wpg:cNvGrpSpPr/>
                      <wpg:grpSpPr>
                        <a:xfrm>
                          <a:off x="0" y="0"/>
                          <a:ext cx="7622540" cy="781050"/>
                          <a:chOff x="0" y="0"/>
                          <a:chExt cx="7622540" cy="781050"/>
                        </a:xfrm>
                      </wpg:grpSpPr>
                      <wpg:grpSp>
                        <wpg:cNvPr id="503405027" name="Group 3"/>
                        <wpg:cNvGrpSpPr/>
                        <wpg:grpSpPr>
                          <a:xfrm>
                            <a:off x="0" y="0"/>
                            <a:ext cx="7622540" cy="706120"/>
                            <a:chOff x="0" y="0"/>
                            <a:chExt cx="7623073" cy="706327"/>
                          </a:xfrm>
                        </wpg:grpSpPr>
                        <wps:wsp>
                          <wps:cNvPr id="436417991" name="Rectangle 2"/>
                          <wps:cNvSpPr/>
                          <wps:spPr>
                            <a:xfrm>
                              <a:off x="0" y="0"/>
                              <a:ext cx="7623073" cy="7063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406648" name="Picture 4" descr="Blue and white text on a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2872" y="9528"/>
                              <a:ext cx="1102746" cy="611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65662098" name="Picture 6" descr="A close-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335" y="120461"/>
                              <a:ext cx="2308324" cy="413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3316248" name="Picture 4" descr="A logo of a baby in a han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7" t="11325" r="15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9525"/>
                            <a:ext cx="85153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3269865" name="Picture 6" descr="Home | University Hospitals of Derby and Burton (UHDB) | University  Hospitals of Derby and Burton NH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700" y="9525"/>
                          <a:ext cx="145732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40F14" id="Group 7" o:spid="_x0000_s1026" style="position:absolute;margin-left:-96pt;margin-top:-26.25pt;width:600.2pt;height:61.5pt;z-index:251658240" coordsize="76225,7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7RRRX5Yf2&#10;AFFFFABRRRQAUUUUAFFFFABRRRQAUUUUAFFFFABRRRQAUUUUAFFFFABRRRQAUUUUAFFFFABRRRQA&#10;UUUUAFFFFABRRRQAUUUUAFFFFABRRRQAUUUUAFFFFABRRRQAUUUUAFFFFABRRRQAUUUUAFFFFABR&#10;RRQAUUUUAepfsx/8lw8Nf9vP/pNLX3pXwX+zH/yXDw1/28/+k0tfelfaZL/u8v8AF+iPwfjz/kZ0&#10;/wDr2v8A0qQUUUV75+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by8t9P&#10;t3uLqeO2gTG6WZwirk4GSeOpFAE1Fc3bfEfwzdXktsms2yyR53NISiHBxw7AK34E56jiukqnFx3R&#10;TjKO6Ciiip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lfxS+KX9m+do2jTf6Zylzdxn/U+qIf7/qf4enX7uP8Uvil&#10;/aXnaNo03+h8pc3cZ/13qiH+56n+Lp0+95XXp0MNtOf3HqYfDbTn9wUUUV6R6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R8b&#10;vGF1p6waHaO0IuYjLcuowWjJKhAc9DtbdxyMDOCRXq9fN/xc/wCShat/2y/9EpXXhYqVTXodmFip&#10;VNehx9FFFe0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Pfxq0/7F45lm8zf9rgjn27cbMAx49/uZ/GvoSvFvj/YRx6lpF6C3mzRSQsuR&#10;t2owIx7/ALw/kK7MK7VLdzswjtVt3PKKKKK9k9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/x2s/O8J2twsHmPBdrmUJkxoysDz2BbZ+O32r0iuY+JlhJqXgTWIoiqss&#10;QmO8nG2Ng5/HCnHvWtF8tSLNqMuWpFnzNRRRX0B9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WvG2ir4d8Vanp6BVi&#10;ilJiVGLBY2AZBk85CsAfcd6+pa8i+PmiqYdM1dAoZWNpIdx3MCCyYHTAxJ78jr27cLPlnbuduEny&#10;1OXueOUUUV7B7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6R4K+Dd7rW261jzNNsjuHk423DEcA4YYUZz1546YINROcaavJmc6kaavJnDaLoN/wCIr4WenWzX&#10;VwVLbVIACjqSSQAPqepA717T4K+Ddlou261jy9SvRuHk43W6g8A4YZY4z1456ZANdzoug2Hh2xFn&#10;p1strbhi21SSSx6kkkkn6noAO1X68qripT0jojyauKlPSOiCiiiuI4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H8X6D/wk3hu/0wP5bzx/I2cAOpDLng8bgM8dM1sU&#10;U03F3Q03F3R8f0V2HxX0H+wfGl5tffHef6YmTkjex3A8D+INj2xzmuPr6KMlKKkj6WMlOKkuoUUU&#10;VR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c0nR73XLxbWwtZLudv4I1zgZAy&#10;T0AyRyeBmi9tWK9tWU66Hwp4D1fxizmwhVbdG2vczNtjVsZx3JPToDjIzjNel+C/gpb2X2a+1x/t&#10;NwMSfYVA8pDz8rnnf/DwMDII+YV6jDDHbwxxRRrFFGoVI0ACqoGAAB0FefVxSjpDU8+ri1HSnqcr&#10;4P8AhnpHg9kuIla71FVwbqbqMgA7V6KOD6nBIyRXW0UV5kpOTvJnlSlKbvJhRRRU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e/Gvw82reF0vYYvMn0+&#10;TzDjcT5TDD4A46hGJPQKefXwGvr2aGO4hkiljWWKRSrxuAVZSMEEHqK+VPEmhzeG9cvNNnO57eTa&#10;H4G9TyrYBOMqQcZ4zXq4Od4uD6Hr4OpeLg+hm0UUV6B6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YeFfhbrfijy5vJ+wWLYP2m5BG5Tg5RercHIPCnHWvafCPw80jwjDE0MC3F+q/Peyrl&#10;y2Dkrn7g+YjA7YyT1rmqYiFPTdnLVxMKem7PMfB/wVv9UZLjWi2nWbLkQow89sgEcYIUc8554xgZ&#10;zXseh+G9M8N25g02zjtEb7xUZZ+SRuY8tjJxk8ZrSoryqladTc8ipWnV3egUUUVg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bUtNttYsZrO8hW4tpl2vG/Qj&#10;+h7gjkEZqhoPhDR/DO86ZYR2zvndJy7kHHG5iTjgcZxWxRVczta+hXM0rX0Ciiip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Kd/iElUQEAJVEBABQAAABkcnMvbWVkaWEvaW1hZ2U0LnBuZ4lQTkcNChoKAAAADUlIRFIA&#10;AAMVAAABSwgCAAAAL2Q28wAAEtt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">
              <v:group id="Group 5" o:spid="_x0000_s1027" style="position:absolute;width:76225;height:7810" coordsize="76225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">
                <v:group id="Group 3" o:spid="_x0000_s1028" style="position:absolute;width:76225;height:7061" coordsize="76230,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8zd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">
                  <v:rect id="Rectangle 2" o:spid="_x0000_s1029" style="position:absolute;width:76230;height:7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" fillcolor="white [321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alt="Blue and white text on a white background&#10;&#10;Description automatically generated" style="position:absolute;left:64628;top:95;width:11028;height: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">
                    <v:imagedata r:id="rId5" o:title="Blue and white text on a white background&#10;&#10;Description automatically generated"/>
                  </v:shape>
                  <v:shape id="Picture 6" o:spid="_x0000_s1031" type="#_x0000_t75" alt="A close-up of a logo&#10;&#10;Description automatically generated" style="position:absolute;left:37633;top:1204;width:23083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">
                    <v:imagedata r:id="rId6" o:title="A close-up of a logo&#10;&#10;Description automatically generated"/>
                  </v:shape>
                </v:group>
                <v:shape id="Picture 4" o:spid="_x0000_s1032" type="#_x0000_t75" alt="A logo of a baby in a hand&#10;&#10;AI-generated content may be incorrect." style="position:absolute;left:5048;top:95;width:85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">
                  <v:imagedata r:id="rId7" o:title="A logo of a baby in a hand&#10;&#10;AI-generated content may be incorrect" croptop="7422f" cropleft="10471f" cropright="9838f"/>
                </v:shape>
              </v:group>
              <v:shape id="Picture 6" o:spid="_x0000_s1033" type="#_x0000_t75" alt="Home | University Hospitals of Derby and Burton (UHDB) | University  Hospitals of Derby and Burton NHS" style="position:absolute;left:17907;top:95;width:14573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">
                <v:imagedata r:id="rId8" o:title="Home | University Hospitals of Derby and Burton (UHDB) | University  Hospitals of Derby and Burton NH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5275E8"/>
    <w:multiLevelType w:val="multilevel"/>
    <w:tmpl w:val="3FCE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844EBC"/>
    <w:multiLevelType w:val="hybridMultilevel"/>
    <w:tmpl w:val="82F8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CF234F"/>
    <w:multiLevelType w:val="hybridMultilevel"/>
    <w:tmpl w:val="82E87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BD65DC"/>
    <w:multiLevelType w:val="hybridMultilevel"/>
    <w:tmpl w:val="ACC81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F6F64"/>
    <w:multiLevelType w:val="multilevel"/>
    <w:tmpl w:val="3B0A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F63117"/>
    <w:multiLevelType w:val="hybridMultilevel"/>
    <w:tmpl w:val="92266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A5EA2"/>
    <w:multiLevelType w:val="hybridMultilevel"/>
    <w:tmpl w:val="6F56D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73AC1"/>
    <w:multiLevelType w:val="hybridMultilevel"/>
    <w:tmpl w:val="6ABE62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1E5F02"/>
    <w:multiLevelType w:val="hybridMultilevel"/>
    <w:tmpl w:val="22765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21499D"/>
    <w:multiLevelType w:val="multilevel"/>
    <w:tmpl w:val="B850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186039"/>
    <w:multiLevelType w:val="hybridMultilevel"/>
    <w:tmpl w:val="566AA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B550A"/>
    <w:multiLevelType w:val="hybridMultilevel"/>
    <w:tmpl w:val="5EEE297C"/>
    <w:lvl w:ilvl="0" w:tplc="E57076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D05BA"/>
    <w:multiLevelType w:val="hybridMultilevel"/>
    <w:tmpl w:val="C280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B39C6"/>
    <w:multiLevelType w:val="multilevel"/>
    <w:tmpl w:val="602C0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332E91"/>
    <w:multiLevelType w:val="hybridMultilevel"/>
    <w:tmpl w:val="61682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60ECA"/>
    <w:multiLevelType w:val="hybridMultilevel"/>
    <w:tmpl w:val="F82AF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F1DF5"/>
    <w:multiLevelType w:val="hybridMultilevel"/>
    <w:tmpl w:val="02C22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94D14"/>
    <w:multiLevelType w:val="hybridMultilevel"/>
    <w:tmpl w:val="55CA77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27E1C"/>
    <w:multiLevelType w:val="multilevel"/>
    <w:tmpl w:val="AFF6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96623"/>
    <w:multiLevelType w:val="multilevel"/>
    <w:tmpl w:val="124A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4A38A8"/>
    <w:multiLevelType w:val="hybridMultilevel"/>
    <w:tmpl w:val="798C4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477A1"/>
    <w:multiLevelType w:val="hybridMultilevel"/>
    <w:tmpl w:val="43C8C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85781"/>
    <w:multiLevelType w:val="hybridMultilevel"/>
    <w:tmpl w:val="6D6AD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C1250"/>
    <w:multiLevelType w:val="hybridMultilevel"/>
    <w:tmpl w:val="665C5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E4635"/>
    <w:multiLevelType w:val="hybridMultilevel"/>
    <w:tmpl w:val="4072C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E274F"/>
    <w:multiLevelType w:val="hybridMultilevel"/>
    <w:tmpl w:val="7E84F9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D63C8"/>
    <w:multiLevelType w:val="hybridMultilevel"/>
    <w:tmpl w:val="FE00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E631B"/>
    <w:multiLevelType w:val="multilevel"/>
    <w:tmpl w:val="81EA7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665181">
    <w:abstractNumId w:val="8"/>
  </w:num>
  <w:num w:numId="2" w16cid:durableId="645554898">
    <w:abstractNumId w:val="6"/>
  </w:num>
  <w:num w:numId="3" w16cid:durableId="747846295">
    <w:abstractNumId w:val="5"/>
  </w:num>
  <w:num w:numId="4" w16cid:durableId="521019897">
    <w:abstractNumId w:val="4"/>
  </w:num>
  <w:num w:numId="5" w16cid:durableId="1523008675">
    <w:abstractNumId w:val="7"/>
  </w:num>
  <w:num w:numId="6" w16cid:durableId="643463791">
    <w:abstractNumId w:val="3"/>
  </w:num>
  <w:num w:numId="7" w16cid:durableId="2044092307">
    <w:abstractNumId w:val="2"/>
  </w:num>
  <w:num w:numId="8" w16cid:durableId="547641748">
    <w:abstractNumId w:val="1"/>
  </w:num>
  <w:num w:numId="9" w16cid:durableId="820197250">
    <w:abstractNumId w:val="0"/>
  </w:num>
  <w:num w:numId="10" w16cid:durableId="2072997051">
    <w:abstractNumId w:val="10"/>
  </w:num>
  <w:num w:numId="11" w16cid:durableId="610279314">
    <w:abstractNumId w:val="21"/>
  </w:num>
  <w:num w:numId="12" w16cid:durableId="1061754309">
    <w:abstractNumId w:val="32"/>
  </w:num>
  <w:num w:numId="13" w16cid:durableId="1786995611">
    <w:abstractNumId w:val="20"/>
  </w:num>
  <w:num w:numId="14" w16cid:durableId="751243608">
    <w:abstractNumId w:val="35"/>
  </w:num>
  <w:num w:numId="15" w16cid:durableId="2005739194">
    <w:abstractNumId w:val="25"/>
  </w:num>
  <w:num w:numId="16" w16cid:durableId="1367364866">
    <w:abstractNumId w:val="31"/>
  </w:num>
  <w:num w:numId="17" w16cid:durableId="1863740642">
    <w:abstractNumId w:val="30"/>
  </w:num>
  <w:num w:numId="18" w16cid:durableId="705444134">
    <w:abstractNumId w:val="15"/>
  </w:num>
  <w:num w:numId="19" w16cid:durableId="1041247353">
    <w:abstractNumId w:val="23"/>
  </w:num>
  <w:num w:numId="20" w16cid:durableId="115416597">
    <w:abstractNumId w:val="14"/>
  </w:num>
  <w:num w:numId="21" w16cid:durableId="156388347">
    <w:abstractNumId w:val="17"/>
  </w:num>
  <w:num w:numId="22" w16cid:durableId="272127609">
    <w:abstractNumId w:val="16"/>
  </w:num>
  <w:num w:numId="23" w16cid:durableId="13652796">
    <w:abstractNumId w:val="26"/>
  </w:num>
  <w:num w:numId="24" w16cid:durableId="812647463">
    <w:abstractNumId w:val="34"/>
  </w:num>
  <w:num w:numId="25" w16cid:durableId="472795256">
    <w:abstractNumId w:val="29"/>
  </w:num>
  <w:num w:numId="26" w16cid:durableId="1174298873">
    <w:abstractNumId w:val="33"/>
  </w:num>
  <w:num w:numId="27" w16cid:durableId="92633993">
    <w:abstractNumId w:val="11"/>
  </w:num>
  <w:num w:numId="28" w16cid:durableId="796529025">
    <w:abstractNumId w:val="19"/>
  </w:num>
  <w:num w:numId="29" w16cid:durableId="349844655">
    <w:abstractNumId w:val="24"/>
  </w:num>
  <w:num w:numId="30" w16cid:durableId="3897485">
    <w:abstractNumId w:val="12"/>
  </w:num>
  <w:num w:numId="31" w16cid:durableId="2043510512">
    <w:abstractNumId w:val="13"/>
  </w:num>
  <w:num w:numId="32" w16cid:durableId="1863780010">
    <w:abstractNumId w:val="9"/>
  </w:num>
  <w:num w:numId="33" w16cid:durableId="2073700486">
    <w:abstractNumId w:val="28"/>
  </w:num>
  <w:num w:numId="34" w16cid:durableId="1918005637">
    <w:abstractNumId w:val="27"/>
  </w:num>
  <w:num w:numId="35" w16cid:durableId="1220165151">
    <w:abstractNumId w:val="22"/>
  </w:num>
  <w:num w:numId="36" w16cid:durableId="1351419030">
    <w:abstractNumId w:val="36"/>
  </w:num>
  <w:num w:numId="37" w16cid:durableId="1036176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2218"/>
    <w:rsid w:val="00004821"/>
    <w:rsid w:val="0000706D"/>
    <w:rsid w:val="00013ACD"/>
    <w:rsid w:val="00034616"/>
    <w:rsid w:val="0006063C"/>
    <w:rsid w:val="000749FE"/>
    <w:rsid w:val="0008758B"/>
    <w:rsid w:val="00091BF8"/>
    <w:rsid w:val="000B13B7"/>
    <w:rsid w:val="000F0804"/>
    <w:rsid w:val="001138AE"/>
    <w:rsid w:val="00115312"/>
    <w:rsid w:val="001310D7"/>
    <w:rsid w:val="0015074B"/>
    <w:rsid w:val="0015093D"/>
    <w:rsid w:val="00167840"/>
    <w:rsid w:val="00181096"/>
    <w:rsid w:val="001868CE"/>
    <w:rsid w:val="00196162"/>
    <w:rsid w:val="001B5BAF"/>
    <w:rsid w:val="001E6D92"/>
    <w:rsid w:val="001F6809"/>
    <w:rsid w:val="00200B83"/>
    <w:rsid w:val="0020234E"/>
    <w:rsid w:val="00213251"/>
    <w:rsid w:val="00225393"/>
    <w:rsid w:val="002308A0"/>
    <w:rsid w:val="00260FE0"/>
    <w:rsid w:val="00265CBE"/>
    <w:rsid w:val="0028050E"/>
    <w:rsid w:val="0028278E"/>
    <w:rsid w:val="002920FA"/>
    <w:rsid w:val="0029639D"/>
    <w:rsid w:val="002A0C24"/>
    <w:rsid w:val="002B3EC1"/>
    <w:rsid w:val="002B6F97"/>
    <w:rsid w:val="002D77C3"/>
    <w:rsid w:val="002E08DF"/>
    <w:rsid w:val="002F4587"/>
    <w:rsid w:val="00314034"/>
    <w:rsid w:val="003140FF"/>
    <w:rsid w:val="00314B9F"/>
    <w:rsid w:val="00322B3E"/>
    <w:rsid w:val="00326F90"/>
    <w:rsid w:val="00331DC5"/>
    <w:rsid w:val="00337CFF"/>
    <w:rsid w:val="003442EC"/>
    <w:rsid w:val="00344BBB"/>
    <w:rsid w:val="003532A4"/>
    <w:rsid w:val="00355916"/>
    <w:rsid w:val="003A4A4C"/>
    <w:rsid w:val="003B4CBC"/>
    <w:rsid w:val="003C30CC"/>
    <w:rsid w:val="003C6A23"/>
    <w:rsid w:val="003F4ED4"/>
    <w:rsid w:val="00414492"/>
    <w:rsid w:val="00421F88"/>
    <w:rsid w:val="004543F7"/>
    <w:rsid w:val="0048269D"/>
    <w:rsid w:val="004A4BD6"/>
    <w:rsid w:val="004B0E98"/>
    <w:rsid w:val="004F288C"/>
    <w:rsid w:val="004F5E94"/>
    <w:rsid w:val="0053295C"/>
    <w:rsid w:val="00554957"/>
    <w:rsid w:val="0056439C"/>
    <w:rsid w:val="0057674E"/>
    <w:rsid w:val="00577E5A"/>
    <w:rsid w:val="005B370D"/>
    <w:rsid w:val="005C3781"/>
    <w:rsid w:val="005C402B"/>
    <w:rsid w:val="005C41A4"/>
    <w:rsid w:val="005E18CC"/>
    <w:rsid w:val="005EABD5"/>
    <w:rsid w:val="005F3398"/>
    <w:rsid w:val="00630283"/>
    <w:rsid w:val="00631167"/>
    <w:rsid w:val="006911E9"/>
    <w:rsid w:val="0069693F"/>
    <w:rsid w:val="006A6EFB"/>
    <w:rsid w:val="006C0C43"/>
    <w:rsid w:val="006E5F7D"/>
    <w:rsid w:val="006F03BB"/>
    <w:rsid w:val="00701E1F"/>
    <w:rsid w:val="0072182D"/>
    <w:rsid w:val="00725BB1"/>
    <w:rsid w:val="0073647C"/>
    <w:rsid w:val="00737FC3"/>
    <w:rsid w:val="007554A3"/>
    <w:rsid w:val="00764266"/>
    <w:rsid w:val="00774A9C"/>
    <w:rsid w:val="007835D7"/>
    <w:rsid w:val="007B283D"/>
    <w:rsid w:val="007B76DA"/>
    <w:rsid w:val="007C4CF6"/>
    <w:rsid w:val="00814762"/>
    <w:rsid w:val="008176E0"/>
    <w:rsid w:val="00821C71"/>
    <w:rsid w:val="008400F3"/>
    <w:rsid w:val="0084325C"/>
    <w:rsid w:val="00845590"/>
    <w:rsid w:val="00862D23"/>
    <w:rsid w:val="00865B29"/>
    <w:rsid w:val="00866E48"/>
    <w:rsid w:val="00872DC9"/>
    <w:rsid w:val="00891071"/>
    <w:rsid w:val="00892E52"/>
    <w:rsid w:val="008B3D4A"/>
    <w:rsid w:val="008C0D7A"/>
    <w:rsid w:val="008C36D0"/>
    <w:rsid w:val="008F7A65"/>
    <w:rsid w:val="009136BE"/>
    <w:rsid w:val="0092085C"/>
    <w:rsid w:val="00927972"/>
    <w:rsid w:val="00953790"/>
    <w:rsid w:val="00953FE9"/>
    <w:rsid w:val="0099042A"/>
    <w:rsid w:val="009C20C7"/>
    <w:rsid w:val="009C3890"/>
    <w:rsid w:val="009F70DA"/>
    <w:rsid w:val="00A177A5"/>
    <w:rsid w:val="00A230B4"/>
    <w:rsid w:val="00A30FFA"/>
    <w:rsid w:val="00A34A89"/>
    <w:rsid w:val="00A43CAB"/>
    <w:rsid w:val="00A47C58"/>
    <w:rsid w:val="00A617D8"/>
    <w:rsid w:val="00A61808"/>
    <w:rsid w:val="00A65D55"/>
    <w:rsid w:val="00A8154D"/>
    <w:rsid w:val="00A82A58"/>
    <w:rsid w:val="00AA1BD0"/>
    <w:rsid w:val="00AA1D8D"/>
    <w:rsid w:val="00AE78A2"/>
    <w:rsid w:val="00AF0D43"/>
    <w:rsid w:val="00AF2126"/>
    <w:rsid w:val="00AF49BE"/>
    <w:rsid w:val="00B037F5"/>
    <w:rsid w:val="00B076BC"/>
    <w:rsid w:val="00B47730"/>
    <w:rsid w:val="00B6712B"/>
    <w:rsid w:val="00B92936"/>
    <w:rsid w:val="00BA0AE4"/>
    <w:rsid w:val="00BA5BDE"/>
    <w:rsid w:val="00BB247B"/>
    <w:rsid w:val="00BC1534"/>
    <w:rsid w:val="00BD4725"/>
    <w:rsid w:val="00BE0522"/>
    <w:rsid w:val="00BE21E4"/>
    <w:rsid w:val="00C115BA"/>
    <w:rsid w:val="00C21C3B"/>
    <w:rsid w:val="00C27DBF"/>
    <w:rsid w:val="00C346D5"/>
    <w:rsid w:val="00C51F93"/>
    <w:rsid w:val="00C60642"/>
    <w:rsid w:val="00C62753"/>
    <w:rsid w:val="00C74ADE"/>
    <w:rsid w:val="00C818D1"/>
    <w:rsid w:val="00C846E6"/>
    <w:rsid w:val="00C848EB"/>
    <w:rsid w:val="00C90305"/>
    <w:rsid w:val="00C93538"/>
    <w:rsid w:val="00CA3936"/>
    <w:rsid w:val="00CB0664"/>
    <w:rsid w:val="00CB08BB"/>
    <w:rsid w:val="00CE68C6"/>
    <w:rsid w:val="00CF35C5"/>
    <w:rsid w:val="00D07C1E"/>
    <w:rsid w:val="00D218E9"/>
    <w:rsid w:val="00D31F68"/>
    <w:rsid w:val="00D3208B"/>
    <w:rsid w:val="00D44BDE"/>
    <w:rsid w:val="00D47463"/>
    <w:rsid w:val="00D476DA"/>
    <w:rsid w:val="00D57C05"/>
    <w:rsid w:val="00D6040B"/>
    <w:rsid w:val="00D76570"/>
    <w:rsid w:val="00D819D9"/>
    <w:rsid w:val="00D90FD2"/>
    <w:rsid w:val="00DA0C20"/>
    <w:rsid w:val="00DB7EB8"/>
    <w:rsid w:val="00DC43BF"/>
    <w:rsid w:val="00DC5FAA"/>
    <w:rsid w:val="00DD0348"/>
    <w:rsid w:val="00DD4B0A"/>
    <w:rsid w:val="00DD616E"/>
    <w:rsid w:val="00DD6C3D"/>
    <w:rsid w:val="00E40FCE"/>
    <w:rsid w:val="00E4446B"/>
    <w:rsid w:val="00E47912"/>
    <w:rsid w:val="00E6780A"/>
    <w:rsid w:val="00E7234E"/>
    <w:rsid w:val="00E80863"/>
    <w:rsid w:val="00E838FF"/>
    <w:rsid w:val="00E87394"/>
    <w:rsid w:val="00E9072C"/>
    <w:rsid w:val="00E93DD3"/>
    <w:rsid w:val="00E9756A"/>
    <w:rsid w:val="00ED037C"/>
    <w:rsid w:val="00ED288D"/>
    <w:rsid w:val="00F10CA0"/>
    <w:rsid w:val="00F17AF4"/>
    <w:rsid w:val="00F3275C"/>
    <w:rsid w:val="00F44038"/>
    <w:rsid w:val="00F5347B"/>
    <w:rsid w:val="00F61207"/>
    <w:rsid w:val="00F7743E"/>
    <w:rsid w:val="00FA5CFC"/>
    <w:rsid w:val="00FA72F1"/>
    <w:rsid w:val="00FB620D"/>
    <w:rsid w:val="00FC1299"/>
    <w:rsid w:val="00FC650B"/>
    <w:rsid w:val="00FC693F"/>
    <w:rsid w:val="00FD1A39"/>
    <w:rsid w:val="00FD697C"/>
    <w:rsid w:val="00FF6520"/>
    <w:rsid w:val="0452CB4B"/>
    <w:rsid w:val="3DA96A8D"/>
    <w:rsid w:val="4D1447A9"/>
    <w:rsid w:val="58C6AAE9"/>
    <w:rsid w:val="67CFC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E1172D"/>
  <w14:defaultImageDpi w14:val="300"/>
  <w15:docId w15:val="{9EAD32CA-1EAC-48DC-90E3-1125D758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39C"/>
    <w:pPr>
      <w:spacing w:before="120" w:after="120" w:line="240" w:lineRule="auto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0283"/>
    <w:pPr>
      <w:keepNext/>
      <w:keepLines/>
      <w:spacing w:before="24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/>
      <w:lang w:val="en-GB"/>
    </w:rPr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="Arial" w:eastAsiaTheme="majorEastAsia" w:hAnsi="Arial" w:cstheme="majorBidi"/>
      <w:b/>
      <w:bCs/>
      <w:color w:val="000000" w:themeColor="text1"/>
      <w:sz w:val="24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/>
      <w:lang w:val="en-GB"/>
    </w:rPr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/>
      <w:sz w:val="16"/>
      <w:szCs w:val="16"/>
      <w:lang w:val="en-GB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DA0C20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DA0C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0C2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2bca6b-9b8f-4df4-9531-0d34a5901b69" xsi:nil="true"/>
    <lcf76f155ced4ddcb4097134ff3c332f xmlns="55781847-db84-4667-ae46-e1260ab3fa2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0239110B9C954BA130DE807B7D1FE9" ma:contentTypeVersion="12" ma:contentTypeDescription="Create a new document." ma:contentTypeScope="" ma:versionID="82ef90f36cc52659a7534f18cf474a16">
  <xsd:schema xmlns:xsd="http://www.w3.org/2001/XMLSchema" xmlns:xs="http://www.w3.org/2001/XMLSchema" xmlns:p="http://schemas.microsoft.com/office/2006/metadata/properties" xmlns:ns2="55781847-db84-4667-ae46-e1260ab3fa2a" xmlns:ns3="982bca6b-9b8f-4df4-9531-0d34a5901b69" targetNamespace="http://schemas.microsoft.com/office/2006/metadata/properties" ma:root="true" ma:fieldsID="75be72a316dd5e3a8f126060b9b2e787" ns2:_="" ns3:_="">
    <xsd:import namespace="55781847-db84-4667-ae46-e1260ab3fa2a"/>
    <xsd:import namespace="982bca6b-9b8f-4df4-9531-0d34a5901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81847-db84-4667-ae46-e1260ab3f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bca6b-9b8f-4df4-9531-0d34a5901b6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149affd-a280-48e1-b22e-1b0deff0dbfe}" ma:internalName="TaxCatchAll" ma:showField="CatchAllData" ma:web="982bca6b-9b8f-4df4-9531-0d34a5901b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6B4CC-C98D-4A2E-B7A2-0AF7FD3F1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F3897-A26B-481B-B811-A87143C73EB2}">
  <ds:schemaRefs>
    <ds:schemaRef ds:uri="http://purl.org/dc/dcmitype/"/>
    <ds:schemaRef ds:uri="982bca6b-9b8f-4df4-9531-0d34a5901b69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55781847-db84-4667-ae46-e1260ab3fa2a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166A08-B490-4882-B9B3-DE9AE2466F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81847-db84-4667-ae46-e1260ab3fa2a"/>
    <ds:schemaRef ds:uri="982bca6b-9b8f-4df4-9531-0d34a5901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Megan Birchenall (staff)</cp:lastModifiedBy>
  <cp:revision>23</cp:revision>
  <dcterms:created xsi:type="dcterms:W3CDTF">2025-11-26T10:56:00Z</dcterms:created>
  <dcterms:modified xsi:type="dcterms:W3CDTF">2026-02-06T11:22:00Z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0x010100860239110B9C954BA130DE807B7D1FE9</vt:lpwstr>
  </property>
  <property fmtid="{D5CDD505-2E9C-101B-9397-08002B2CF9AE}" pid="3" name="MediaServiceImageTags">
    <vt:lpwstr/>
  </property>
</Properties>
</file>